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KINDLY INVOICE – PHOTOGRAPHY SERVICES AGREEMENT</w:t>
      </w:r>
    </w:p>
    <w:p>
      <w:r>
        <w:t>KINDLY INVOICE - PHOTOGRAPHY SERVICES AGREEMENT</w:t>
      </w:r>
    </w:p>
    <w:p/>
    <w:p>
      <w:r>
        <w:t>This Photography Services Agreement ("Agreement") is entered into on [Date], by and between:</w:t>
      </w:r>
    </w:p>
    <w:p/>
    <w:p>
      <w:r>
        <w:t>Photographer:</w:t>
      </w:r>
    </w:p>
    <w:p>
      <w:r>
        <w:t>Name: _______________________________</w:t>
      </w:r>
    </w:p>
    <w:p>
      <w:r>
        <w:t>Business Name (if applicable): ____________________</w:t>
      </w:r>
    </w:p>
    <w:p>
      <w:r>
        <w:t>Email: _______________________________</w:t>
      </w:r>
    </w:p>
    <w:p>
      <w:r>
        <w:t>Phone: _______________________________</w:t>
      </w:r>
    </w:p>
    <w:p/>
    <w:p>
      <w:r>
        <w:t>AND</w:t>
      </w:r>
    </w:p>
    <w:p/>
    <w:p>
      <w:r>
        <w:t>Client:</w:t>
      </w:r>
    </w:p>
    <w:p>
      <w:r>
        <w:t>Name: _______________________________</w:t>
      </w:r>
    </w:p>
    <w:p>
      <w:r>
        <w:t>Email: _______________________________</w:t>
      </w:r>
    </w:p>
    <w:p>
      <w:r>
        <w:t>Phone: _______________________________</w:t>
      </w:r>
    </w:p>
    <w:p/>
    <w:p>
      <w:r>
        <w:t>1. Scope of Services</w:t>
      </w:r>
    </w:p>
    <w:p>
      <w:r>
        <w:t>Photographer agrees to provide photography services for:</w:t>
      </w:r>
    </w:p>
    <w:p/>
    <w:p>
      <w:r>
        <w:t>Event Type: ___________________________________</w:t>
      </w:r>
    </w:p>
    <w:p>
      <w:r>
        <w:t>Date of Event/Session: _________________________</w:t>
      </w:r>
    </w:p>
    <w:p>
      <w:r>
        <w:t>Time of Event: From ____________ to ____________</w:t>
      </w:r>
    </w:p>
    <w:p>
      <w:r>
        <w:t>Location(s): ___________________________________</w:t>
      </w:r>
    </w:p>
    <w:p>
      <w:r>
        <w:t>Additional Notes or Requests:</w:t>
      </w:r>
    </w:p>
    <w:p>
      <w:r>
        <w:t>_____________________________________________________</w:t>
      </w:r>
    </w:p>
    <w:p/>
    <w:p>
      <w:r>
        <w:t>2. Fees and Payment Terms</w:t>
      </w:r>
    </w:p>
    <w:p/>
    <w:p>
      <w:r>
        <w:t>Total Fee: $_____________</w:t>
      </w:r>
    </w:p>
    <w:p>
      <w:r>
        <w:t>Deposit Amount (Non-refundable): $_____________ (Due at booking)</w:t>
      </w:r>
    </w:p>
    <w:p>
      <w:r>
        <w:t>Remaining Balance: $_____________ (Due by ____________)</w:t>
      </w:r>
    </w:p>
    <w:p/>
    <w:p>
      <w:r>
        <w:t>Accepted payment methods: [ ] Cash [ ] Credit Card [ ] PayPal [ ] Bank Transfer [ ] Other: _____________</w:t>
      </w:r>
    </w:p>
    <w:p/>
    <w:p>
      <w:r>
        <w:t>Late payments are subject to a $_______ late fee after ___ days past due.</w:t>
      </w:r>
    </w:p>
    <w:p/>
    <w:p>
      <w:r>
        <w:t>3. Deliverables</w:t>
      </w:r>
    </w:p>
    <w:p/>
    <w:p>
      <w:r>
        <w:t>Photographer will deliver:</w:t>
      </w:r>
    </w:p>
    <w:p>
      <w:r>
        <w:t>- ________ professionally edited images</w:t>
      </w:r>
    </w:p>
    <w:p>
      <w:r>
        <w:t>- Format: [ ] JPEG [ ] Online Gallery [ ] USB/Drive</w:t>
      </w:r>
    </w:p>
    <w:p>
      <w:r>
        <w:t>- Turnaround Time: ____ business days for proofs / ____ business days for final delivery</w:t>
      </w:r>
    </w:p>
    <w:p>
      <w:r>
        <w:t>- Delivery Method: ___________________________________</w:t>
      </w:r>
    </w:p>
    <w:p/>
    <w:p>
      <w:r>
        <w:t>4. Cancellation and Rescheduling</w:t>
      </w:r>
    </w:p>
    <w:p/>
    <w:p>
      <w:r>
        <w:t>- Cancellations made more than ___ days before the event will receive a refund minus the deposit.</w:t>
      </w:r>
    </w:p>
    <w:p>
      <w:r>
        <w:t>- Cancellations within ___ days of the event will not be refunded.</w:t>
      </w:r>
    </w:p>
    <w:p>
      <w:r>
        <w:t>- Rescheduling must be requested at least ___ days in advance and is subject to Photographer availability.</w:t>
      </w:r>
    </w:p>
    <w:p/>
    <w:p>
      <w:r>
        <w:t>5. Copyright and Usage</w:t>
      </w:r>
    </w:p>
    <w:p/>
    <w:p>
      <w:r>
        <w:t>Photographer retains all copyright to images.</w:t>
      </w:r>
    </w:p>
    <w:p>
      <w:r>
        <w:t>Client is granted [ ] personal use rights [ ] commercial use rights (check one).</w:t>
      </w:r>
    </w:p>
    <w:p/>
    <w:p>
      <w:r>
        <w:t>Photographer may use images for portfolio, social media, and marketing unless the client opts out:</w:t>
      </w:r>
    </w:p>
    <w:p>
      <w:r>
        <w:t>[ ] Client does NOT consent to promotional use.</w:t>
      </w:r>
    </w:p>
    <w:p/>
    <w:p>
      <w:r>
        <w:t>6. Model Release</w:t>
      </w:r>
    </w:p>
    <w:p/>
    <w:p>
      <w:r>
        <w:t>Client grants Photographer the right to use and publish photographs in which the Client and/or participants appear for promotional purposes.</w:t>
      </w:r>
    </w:p>
    <w:p>
      <w:r>
        <w:t>[ ] Client opts out of model release.</w:t>
      </w:r>
    </w:p>
    <w:p/>
    <w:p>
      <w:r>
        <w:t>7. Liability and Limitations</w:t>
      </w:r>
    </w:p>
    <w:p/>
    <w:p>
      <w:r>
        <w:t>Photographer is not liable for:</w:t>
      </w:r>
    </w:p>
    <w:p>
      <w:r>
        <w:t>- Acts of God, weather, illness, or circumstances beyond control</w:t>
      </w:r>
    </w:p>
    <w:p>
      <w:r>
        <w:t>- Equipment malfunction beyond Photographer's reasonable control</w:t>
      </w:r>
    </w:p>
    <w:p>
      <w:r>
        <w:t>- Uncooperative subjects or missed shots due to unforeseen events</w:t>
      </w:r>
    </w:p>
    <w:p/>
    <w:p>
      <w:r>
        <w:t>In the event of total photographic failure, Photographer's liability is limited to a full refund of fees paid.</w:t>
      </w:r>
    </w:p>
    <w:p/>
    <w:p>
      <w:r>
        <w:t>8. Signatures</w:t>
      </w:r>
    </w:p>
    <w:p/>
    <w:p>
      <w:r>
        <w:t>By signing below, both parties agree to the terms of this Agreement.</w:t>
      </w:r>
    </w:p>
    <w:p/>
    <w:p>
      <w:r>
        <w:t>Photographer Signature: ___________________________       Date: _______________</w:t>
      </w:r>
    </w:p>
    <w:p>
      <w:r>
        <w:t>Client Signature: _________________________________       Date: 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